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John Doe</w:t>
      </w:r>
    </w:p>
    <w:p>
      <w:r>
        <w:t>Phone: (123) 456-7890 | Email: johndoe@email.com | LinkedIn: linkedin.com/in/johndoe</w:t>
      </w:r>
    </w:p>
    <w:p>
      <w:pPr>
        <w:pStyle w:val="Heading2"/>
      </w:pPr>
      <w:r>
        <w:t>Professional Summary</w:t>
      </w:r>
    </w:p>
    <w:p>
      <w:r>
        <w:t>Results-driven marketing professional with 5+ years of experience in B2B lead generation. Proven track record of increasing conversions by 30% using data-driven email campaigns.</w:t>
      </w:r>
    </w:p>
    <w:p>
      <w:pPr>
        <w:pStyle w:val="Heading2"/>
      </w:pPr>
      <w:r>
        <w:t>Skills</w:t>
      </w:r>
    </w:p>
    <w:p>
      <w:r>
        <w:t>• SEO Optimization</w:t>
        <w:br/>
        <w:t>• Google Analytics</w:t>
        <w:br/>
        <w:t>• Email Marketing</w:t>
        <w:br/>
        <w:t>• CRM Software (Salesforce, HubSpot)</w:t>
        <w:br/>
        <w:t>• Content Strategy</w:t>
        <w:br/>
        <w:t>• Project Management</w:t>
      </w:r>
    </w:p>
    <w:p>
      <w:pPr>
        <w:pStyle w:val="Heading2"/>
      </w:pPr>
      <w:r>
        <w:t>Professional Experience</w:t>
      </w:r>
    </w:p>
    <w:p>
      <w:r>
        <w:t>Marketing Manager</w:t>
        <w:br/>
        <w:t>ABC Corporation, New York, NY</w:t>
        <w:br/>
        <w:t>Jan 2020 – Present</w:t>
        <w:br/>
        <w:t>• Managed a team of 5 to execute digital marketing strategies increasing traffic by 40%</w:t>
        <w:br/>
        <w:t>• Launched 3 major product campaigns generating over $2M in revenue</w:t>
        <w:br/>
        <w:t>• Optimized SEO content leading to a 50% increase in organic search traffic</w:t>
      </w:r>
    </w:p>
    <w:p>
      <w:r>
        <w:t>Digital Marketing Associate</w:t>
        <w:br/>
        <w:t>XYZ Inc., Boston, MA</w:t>
        <w:br/>
        <w:t>Aug 2016 – Dec 2019</w:t>
        <w:br/>
        <w:t>• Created and managed social media content across 4 platforms</w:t>
        <w:br/>
        <w:t>• Reduced customer churn by 15% through targeted email campaigns</w:t>
        <w:br/>
        <w:t>• Collaborated with design and product teams for integrated campaigns</w:t>
      </w:r>
    </w:p>
    <w:p>
      <w:pPr>
        <w:pStyle w:val="Heading2"/>
      </w:pPr>
      <w:r>
        <w:t>Education</w:t>
      </w:r>
    </w:p>
    <w:p>
      <w:r>
        <w:t>B.A. in Marketing</w:t>
        <w:br/>
        <w:t>University of California, Los Angeles</w:t>
        <w:br/>
        <w:t>Graduated: 2016 | GPA: 3.8 | Dean’s List (2 years)</w:t>
      </w:r>
    </w:p>
    <w:p>
      <w:pPr>
        <w:pStyle w:val="Heading2"/>
      </w:pPr>
      <w:r>
        <w:t>Certifications</w:t>
      </w:r>
    </w:p>
    <w:p>
      <w:r>
        <w:t>• Google Ads Certification</w:t>
        <w:br/>
        <w:t>• HubSpot Inbound Marketing</w:t>
        <w:br/>
        <w:t>• PMP – Project Management Professional (in progress)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